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</w:pPr>
      <w:r>
        <w:rPr>
          <w:b w:val="0"/>
          <w:i/>
          <w:color w:val="625A52"/>
          <w:sz w:val="17"/>
        </w:rPr>
        <w:t>Remplacez les passages entre crochets par vos informations et supprimez ceux qui ne vous concernent pas, y compris cette phrase.</w:t>
      </w:r>
    </w:p>
    <w:p>
      <w:pPr>
        <w:spacing w:after="0" w:before="0"/>
      </w:pPr>
      <w:r>
        <w:rPr>
          <w:b/>
          <w:i w:val="0"/>
          <w:color w:val="9A3412"/>
        </w:rPr>
        <w:t>[Nom commercial de votre entreprise]</w:t>
      </w:r>
    </w:p>
    <w:p>
      <w:pPr>
        <w:spacing w:after="0" w:before="0"/>
      </w:pPr>
      <w:r>
        <w:rPr>
          <w:b w:val="0"/>
          <w:i w:val="0"/>
          <w:color w:val="9A3412"/>
        </w:rPr>
        <w:t>[Prénom Nom]</w:t>
      </w:r>
      <w:r>
        <w:rPr>
          <w:b w:val="0"/>
          <w:i w:val="0"/>
          <w:color w:val="1C1917"/>
        </w:rPr>
        <w:t xml:space="preserve">, Entrepreneur individuel (EI) </w:t>
      </w:r>
      <w:r>
        <w:rPr>
          <w:b w:val="0"/>
          <w:i w:val="0"/>
          <w:color w:val="9A3412"/>
        </w:rPr>
        <w:t>[ou, pour une société : forme juridique et capital social]</w:t>
      </w:r>
    </w:p>
    <w:p>
      <w:pPr>
        <w:spacing w:after="0" w:before="0"/>
      </w:pPr>
      <w:r>
        <w:rPr>
          <w:b w:val="0"/>
          <w:i w:val="0"/>
          <w:color w:val="9A3412"/>
        </w:rPr>
        <w:t>[Adresse]</w:t>
      </w:r>
    </w:p>
    <w:p>
      <w:pPr>
        <w:spacing w:after="0" w:before="0"/>
      </w:pPr>
      <w:r>
        <w:rPr>
          <w:b w:val="0"/>
          <w:i w:val="0"/>
          <w:color w:val="9A3412"/>
        </w:rPr>
        <w:t>[Code postal]</w:t>
      </w:r>
      <w:r>
        <w:rPr>
          <w:b w:val="0"/>
          <w:i w:val="0"/>
          <w:color w:val="1C1917"/>
        </w:rPr>
        <w:t xml:space="preserve"> </w:t>
      </w:r>
      <w:r>
        <w:rPr>
          <w:b w:val="0"/>
          <w:i w:val="0"/>
          <w:color w:val="9A3412"/>
        </w:rPr>
        <w:t>[Ville]</w:t>
      </w:r>
    </w:p>
    <w:p>
      <w:pPr>
        <w:spacing w:after="0" w:before="0"/>
      </w:pPr>
      <w:r>
        <w:rPr>
          <w:b w:val="0"/>
          <w:i w:val="0"/>
          <w:color w:val="1C1917"/>
        </w:rPr>
        <w:t xml:space="preserve">Tél. </w:t>
      </w:r>
      <w:r>
        <w:rPr>
          <w:b w:val="0"/>
          <w:i w:val="0"/>
          <w:color w:val="9A3412"/>
        </w:rPr>
        <w:t>[téléphone]</w:t>
      </w:r>
      <w:r>
        <w:rPr>
          <w:b w:val="0"/>
          <w:i w:val="0"/>
          <w:color w:val="1C1917"/>
        </w:rPr>
        <w:t xml:space="preserve"> — </w:t>
      </w:r>
      <w:r>
        <w:rPr>
          <w:b w:val="0"/>
          <w:i w:val="0"/>
          <w:color w:val="9A3412"/>
        </w:rPr>
        <w:t>[e-mail]</w:t>
      </w:r>
    </w:p>
    <w:p>
      <w:pPr>
        <w:spacing w:after="0" w:before="0"/>
      </w:pPr>
      <w:r>
        <w:rPr>
          <w:b w:val="0"/>
          <w:i w:val="0"/>
          <w:color w:val="1C1917"/>
        </w:rPr>
        <w:t xml:space="preserve">SIRET : </w:t>
      </w:r>
      <w:r>
        <w:rPr>
          <w:b w:val="0"/>
          <w:i w:val="0"/>
          <w:color w:val="9A3412"/>
        </w:rPr>
        <w:t>[numéro SIRET]</w:t>
      </w:r>
    </w:p>
    <w:p>
      <w:pPr>
        <w:spacing w:after="160" w:before="0"/>
      </w:pPr>
    </w:p>
    <w:p>
      <w:pPr>
        <w:spacing w:after="0" w:before="0"/>
        <w:ind w:left="5386"/>
      </w:pPr>
      <w:r>
        <w:rPr>
          <w:b w:val="0"/>
          <w:i w:val="0"/>
          <w:color w:val="9A3412"/>
        </w:rPr>
        <w:t>[Nom du client ou de son entreprise]</w:t>
      </w:r>
    </w:p>
    <w:p>
      <w:pPr>
        <w:spacing w:after="0" w:before="0"/>
        <w:ind w:left="5386"/>
      </w:pPr>
      <w:r>
        <w:rPr>
          <w:b w:val="0"/>
          <w:i w:val="0"/>
          <w:color w:val="9A3412"/>
        </w:rPr>
        <w:t>[Adresse du client]</w:t>
      </w:r>
    </w:p>
    <w:p>
      <w:pPr>
        <w:spacing w:after="0" w:before="0"/>
        <w:ind w:left="5386"/>
      </w:pPr>
      <w:r>
        <w:rPr>
          <w:b w:val="0"/>
          <w:i w:val="0"/>
          <w:color w:val="9A3412"/>
        </w:rPr>
        <w:t>[Code postal]</w:t>
      </w:r>
      <w:r>
        <w:rPr>
          <w:b w:val="0"/>
          <w:i w:val="0"/>
          <w:color w:val="1C1917"/>
        </w:rPr>
        <w:t xml:space="preserve"> </w:t>
      </w:r>
      <w:r>
        <w:rPr>
          <w:b w:val="0"/>
          <w:i w:val="0"/>
          <w:color w:val="9A3412"/>
        </w:rPr>
        <w:t>[Ville]</w:t>
      </w:r>
    </w:p>
    <w:p>
      <w:pPr>
        <w:spacing w:after="160" w:before="0"/>
      </w:pPr>
    </w:p>
    <w:p>
      <w:pPr>
        <w:spacing w:after="280" w:before="0"/>
        <w:ind w:left="5386"/>
      </w:pPr>
      <w:r>
        <w:rPr>
          <w:b w:val="0"/>
          <w:i w:val="0"/>
          <w:color w:val="9A3412"/>
        </w:rPr>
        <w:t>[Ville]</w:t>
      </w:r>
      <w:r>
        <w:rPr>
          <w:b w:val="0"/>
          <w:i w:val="0"/>
          <w:color w:val="1C1917"/>
        </w:rPr>
        <w:t xml:space="preserve">, le </w:t>
      </w:r>
      <w:r>
        <w:rPr>
          <w:b w:val="0"/>
          <w:i w:val="0"/>
          <w:color w:val="9A3412"/>
        </w:rPr>
        <w:t>[date]</w:t>
      </w:r>
    </w:p>
    <w:p>
      <w:pPr>
        <w:spacing w:after="240" w:before="0"/>
      </w:pPr>
      <w:r>
        <w:rPr>
          <w:b/>
          <w:i w:val="0"/>
          <w:color w:val="1C1917"/>
        </w:rPr>
        <w:t xml:space="preserve">Objet : facture n° </w:t>
      </w:r>
      <w:r>
        <w:rPr>
          <w:b/>
          <w:i w:val="0"/>
          <w:color w:val="9A3412"/>
        </w:rPr>
        <w:t>[numéro]</w:t>
      </w:r>
      <w:r>
        <w:rPr>
          <w:b/>
          <w:i w:val="0"/>
          <w:color w:val="1C1917"/>
        </w:rPr>
        <w:t xml:space="preserve"> du </w:t>
      </w:r>
      <w:r>
        <w:rPr>
          <w:b/>
          <w:i w:val="0"/>
          <w:color w:val="9A3412"/>
        </w:rPr>
        <w:t>[date de la facture]</w:t>
      </w:r>
      <w:r>
        <w:rPr>
          <w:b/>
          <w:i w:val="0"/>
          <w:color w:val="1C1917"/>
        </w:rPr>
        <w:t xml:space="preserve"> — rappel de paiement</w:t>
      </w:r>
    </w:p>
    <w:p>
      <w:pPr>
        <w:spacing w:after="160" w:before="0" w:line="276" w:lineRule="auto"/>
      </w:pPr>
      <w:r>
        <w:rPr>
          <w:b w:val="0"/>
          <w:i w:val="0"/>
          <w:color w:val="9A3412"/>
        </w:rPr>
        <w:t>[Madame, Monsieur / Bonjour Madame X,]</w:t>
      </w:r>
    </w:p>
    <w:p>
      <w:pPr>
        <w:spacing w:after="160" w:before="0" w:line="276" w:lineRule="auto"/>
      </w:pPr>
      <w:r>
        <w:rPr>
          <w:b w:val="0"/>
          <w:i w:val="0"/>
          <w:color w:val="1C1917"/>
        </w:rPr>
        <w:t xml:space="preserve">Sauf erreur de ma part, la facture n° </w:t>
      </w:r>
      <w:r>
        <w:rPr>
          <w:b w:val="0"/>
          <w:i w:val="0"/>
          <w:color w:val="9A3412"/>
        </w:rPr>
        <w:t>[numéro]</w:t>
      </w:r>
      <w:r>
        <w:rPr>
          <w:b w:val="0"/>
          <w:i w:val="0"/>
          <w:color w:val="1C1917"/>
        </w:rPr>
        <w:t xml:space="preserve"> du </w:t>
      </w:r>
      <w:r>
        <w:rPr>
          <w:b w:val="0"/>
          <w:i w:val="0"/>
          <w:color w:val="9A3412"/>
        </w:rPr>
        <w:t>[date de la facture]</w:t>
      </w:r>
      <w:r>
        <w:rPr>
          <w:b w:val="0"/>
          <w:i w:val="0"/>
          <w:color w:val="1C1917"/>
        </w:rPr>
        <w:t xml:space="preserve">, d'un montant de </w:t>
      </w:r>
      <w:r>
        <w:rPr>
          <w:b w:val="0"/>
          <w:i w:val="0"/>
          <w:color w:val="9A3412"/>
        </w:rPr>
        <w:t>[montant]</w:t>
      </w:r>
      <w:r>
        <w:rPr>
          <w:b w:val="0"/>
          <w:i w:val="0"/>
          <w:color w:val="1C1917"/>
        </w:rPr>
        <w:t xml:space="preserve"> € </w:t>
      </w:r>
      <w:r>
        <w:rPr>
          <w:b w:val="0"/>
          <w:i w:val="0"/>
          <w:color w:val="9A3412"/>
        </w:rPr>
        <w:t>[TTC]</w:t>
      </w:r>
      <w:r>
        <w:rPr>
          <w:b w:val="0"/>
          <w:i w:val="0"/>
          <w:color w:val="1C1917"/>
        </w:rPr>
        <w:t xml:space="preserve">, correspondant à </w:t>
      </w:r>
      <w:r>
        <w:rPr>
          <w:b w:val="0"/>
          <w:i w:val="0"/>
          <w:color w:val="9A3412"/>
        </w:rPr>
        <w:t>[nature des travaux, ex. le remplacement de votre chauffe-eau]</w:t>
      </w:r>
      <w:r>
        <w:rPr>
          <w:b w:val="0"/>
          <w:i w:val="0"/>
          <w:color w:val="1C1917"/>
        </w:rPr>
        <w:t xml:space="preserve"> réalisés le </w:t>
      </w:r>
      <w:r>
        <w:rPr>
          <w:b w:val="0"/>
          <w:i w:val="0"/>
          <w:color w:val="9A3412"/>
        </w:rPr>
        <w:t>[date des travaux]</w:t>
      </w:r>
      <w:r>
        <w:rPr>
          <w:b w:val="0"/>
          <w:i w:val="0"/>
          <w:color w:val="1C1917"/>
        </w:rPr>
        <w:t xml:space="preserve">, arrivait à échéance le </w:t>
      </w:r>
      <w:r>
        <w:rPr>
          <w:b w:val="0"/>
          <w:i w:val="0"/>
          <w:color w:val="9A3412"/>
        </w:rPr>
        <w:t>[date d'échéance]</w:t>
      </w:r>
      <w:r>
        <w:rPr>
          <w:b w:val="0"/>
          <w:i w:val="0"/>
          <w:color w:val="1C1917"/>
        </w:rPr>
        <w:t xml:space="preserve"> et n'est pas encore réglée.</w:t>
      </w:r>
    </w:p>
    <w:p>
      <w:pPr>
        <w:spacing w:after="160" w:before="0" w:line="276" w:lineRule="auto"/>
      </w:pPr>
      <w:r>
        <w:rPr>
          <w:b w:val="0"/>
          <w:i w:val="0"/>
          <w:color w:val="1C1917"/>
        </w:rPr>
        <w:t xml:space="preserve">Il s'agit sans doute d'un simple oubli. Je vous remercie de bien vouloir procéder au règlement dès que possible, par </w:t>
      </w:r>
      <w:r>
        <w:rPr>
          <w:b w:val="0"/>
          <w:i w:val="0"/>
          <w:color w:val="9A3412"/>
        </w:rPr>
        <w:t>[virement sur le compte ci-dessous / chèque à l'ordre de Nom de votre entreprise]</w:t>
      </w:r>
      <w:r>
        <w:rPr>
          <w:b w:val="0"/>
          <w:i w:val="0"/>
          <w:color w:val="1C1917"/>
        </w:rPr>
        <w:t>.</w:t>
      </w:r>
    </w:p>
    <w:p>
      <w:pPr>
        <w:spacing w:after="160" w:before="0" w:line="276" w:lineRule="auto"/>
      </w:pPr>
      <w:r>
        <w:rPr>
          <w:b w:val="0"/>
          <w:i w:val="0"/>
          <w:color w:val="1C1917"/>
        </w:rPr>
        <w:t xml:space="preserve">IBAN : </w:t>
      </w:r>
      <w:r>
        <w:rPr>
          <w:b w:val="0"/>
          <w:i w:val="0"/>
          <w:color w:val="9A3412"/>
        </w:rPr>
        <w:t>[IBAN]</w:t>
      </w:r>
      <w:r>
        <w:rPr>
          <w:b w:val="0"/>
          <w:i w:val="0"/>
          <w:color w:val="1C1917"/>
        </w:rPr>
        <w:t xml:space="preserve"> — BIC : </w:t>
      </w:r>
      <w:r>
        <w:rPr>
          <w:b w:val="0"/>
          <w:i w:val="0"/>
          <w:color w:val="9A3412"/>
        </w:rPr>
        <w:t>[BIC]</w:t>
      </w:r>
    </w:p>
    <w:p>
      <w:pPr>
        <w:spacing w:after="160" w:before="0" w:line="276" w:lineRule="auto"/>
      </w:pPr>
      <w:r>
        <w:rPr>
          <w:b w:val="0"/>
          <w:i w:val="0"/>
          <w:color w:val="1C1917"/>
        </w:rPr>
        <w:t xml:space="preserve">Si votre règlement est déjà parti, merci de ne pas tenir compte de ce message. Et si un point de la facture vous pose question, n'hésitez pas à m'appeler au </w:t>
      </w:r>
      <w:r>
        <w:rPr>
          <w:b w:val="0"/>
          <w:i w:val="0"/>
          <w:color w:val="9A3412"/>
        </w:rPr>
        <w:t>[téléphone]</w:t>
      </w:r>
      <w:r>
        <w:rPr>
          <w:b w:val="0"/>
          <w:i w:val="0"/>
          <w:color w:val="1C1917"/>
        </w:rPr>
        <w:t xml:space="preserve"> : nous trouverons ensemble une solution.</w:t>
      </w:r>
    </w:p>
    <w:p>
      <w:pPr>
        <w:spacing w:after="160" w:before="0" w:line="276" w:lineRule="auto"/>
      </w:pPr>
      <w:r>
        <w:rPr>
          <w:b w:val="0"/>
          <w:i w:val="0"/>
          <w:color w:val="9A3412"/>
        </w:rPr>
        <w:t>[À garder seulement si votre client est un professionnel :]</w:t>
      </w:r>
      <w:r>
        <w:rPr>
          <w:b w:val="0"/>
          <w:i w:val="0"/>
          <w:color w:val="1C1917"/>
        </w:rPr>
        <w:t xml:space="preserve"> Je me permets de vous rappeler, comme l'indiquent nos conditions de règlement, qu'un retard de paiement entraîne des pénalités de retard au taux de </w:t>
      </w:r>
      <w:r>
        <w:rPr>
          <w:b w:val="0"/>
          <w:i w:val="0"/>
          <w:color w:val="9A3412"/>
        </w:rPr>
        <w:t>[taux figurant sur votre facture]</w:t>
      </w:r>
      <w:r>
        <w:rPr>
          <w:b w:val="0"/>
          <w:i w:val="0"/>
          <w:color w:val="1C1917"/>
        </w:rPr>
        <w:t xml:space="preserve"> ainsi qu'une indemnité forfaitaire de 40 € pour frais de recouvrement. Je préfère bien sûr ne pas avoir à les appliquer, et je ne doute pas qu'un règlement rapide nous permettra d'en rester là.</w:t>
      </w:r>
    </w:p>
    <w:p>
      <w:pPr>
        <w:spacing w:after="160" w:before="0" w:line="276" w:lineRule="auto"/>
      </w:pPr>
      <w:r>
        <w:rPr>
          <w:b w:val="0"/>
          <w:i w:val="0"/>
          <w:color w:val="1C1917"/>
        </w:rPr>
        <w:t xml:space="preserve">Je vous remercie par avance et vous prie d'agréer, </w:t>
      </w:r>
      <w:r>
        <w:rPr>
          <w:b w:val="0"/>
          <w:i w:val="0"/>
          <w:color w:val="9A3412"/>
        </w:rPr>
        <w:t>[Madame, Monsieur]</w:t>
      </w:r>
      <w:r>
        <w:rPr>
          <w:b w:val="0"/>
          <w:i w:val="0"/>
          <w:color w:val="1C1917"/>
        </w:rPr>
        <w:t>, mes salutations distinguées.</w:t>
      </w:r>
    </w:p>
    <w:p>
      <w:pPr>
        <w:spacing w:after="80" w:before="0"/>
      </w:pPr>
    </w:p>
    <w:p>
      <w:pPr>
        <w:spacing w:after="0" w:before="0"/>
        <w:ind w:left="5386"/>
      </w:pPr>
      <w:r>
        <w:rPr>
          <w:b w:val="0"/>
          <w:i w:val="0"/>
          <w:color w:val="9A3412"/>
        </w:rPr>
        <w:t>[Prénom Nom]</w:t>
      </w:r>
    </w:p>
    <w:p>
      <w:pPr>
        <w:spacing w:after="280" w:before="0"/>
        <w:ind w:left="5386"/>
      </w:pPr>
      <w:r>
        <w:rPr>
          <w:b w:val="0"/>
          <w:i w:val="0"/>
          <w:color w:val="9A3412"/>
        </w:rPr>
        <w:t>[Nom commercial de votre entreprise]</w:t>
      </w:r>
    </w:p>
    <w:p>
      <w:pPr>
        <w:spacing w:after="80" w:before="0"/>
      </w:pPr>
      <w:r>
        <w:rPr>
          <w:b w:val="0"/>
          <w:i w:val="0"/>
          <w:color w:val="625A52"/>
          <w:sz w:val="18"/>
        </w:rPr>
        <w:t xml:space="preserve">Pièce jointe : copie de la facture n° </w:t>
      </w:r>
      <w:r>
        <w:rPr>
          <w:b w:val="0"/>
          <w:i w:val="0"/>
          <w:color w:val="9A3412"/>
          <w:sz w:val="18"/>
        </w:rPr>
        <w:t>[numéro]</w:t>
      </w:r>
    </w:p>
    <w:p>
      <w:pPr>
        <w:keepNext/>
        <w:spacing w:after="80" w:before="360"/>
      </w:pPr>
      <w:r>
        <w:rPr>
          <w:b/>
          <w:i w:val="0"/>
          <w:color w:val="1C1917"/>
          <w:sz w:val="22"/>
        </w:rPr>
        <w:t>Version courte, pour un e-mail ou un SMS</w:t>
      </w:r>
    </w:p>
    <w:p>
      <w:pPr>
        <w:spacing w:after="80" w:before="0"/>
      </w:pPr>
      <w:r>
        <w:rPr>
          <w:b w:val="0"/>
          <w:i w:val="0"/>
          <w:color w:val="1C1917"/>
          <w:sz w:val="19"/>
        </w:rPr>
        <w:t xml:space="preserve">Objet : facture n° </w:t>
      </w:r>
      <w:r>
        <w:rPr>
          <w:b w:val="0"/>
          <w:i w:val="0"/>
          <w:color w:val="9A3412"/>
          <w:sz w:val="19"/>
        </w:rPr>
        <w:t>[numéro]</w:t>
      </w:r>
      <w:r>
        <w:rPr>
          <w:b w:val="0"/>
          <w:i w:val="0"/>
          <w:color w:val="1C1917"/>
          <w:sz w:val="19"/>
        </w:rPr>
        <w:t xml:space="preserve"> — petit rappel</w:t>
      </w:r>
    </w:p>
    <w:p>
      <w:pPr>
        <w:spacing w:after="80" w:before="0"/>
      </w:pPr>
      <w:r>
        <w:rPr>
          <w:b w:val="0"/>
          <w:i w:val="0"/>
          <w:color w:val="1C1917"/>
          <w:sz w:val="19"/>
        </w:rPr>
        <w:t xml:space="preserve">Bonjour </w:t>
      </w:r>
      <w:r>
        <w:rPr>
          <w:b w:val="0"/>
          <w:i w:val="0"/>
          <w:color w:val="9A3412"/>
          <w:sz w:val="19"/>
        </w:rPr>
        <w:t>[Madame X]</w:t>
      </w:r>
      <w:r>
        <w:rPr>
          <w:b w:val="0"/>
          <w:i w:val="0"/>
          <w:color w:val="1C1917"/>
          <w:sz w:val="19"/>
        </w:rPr>
        <w:t xml:space="preserve">, sauf erreur de ma part, la facture n° </w:t>
      </w:r>
      <w:r>
        <w:rPr>
          <w:b w:val="0"/>
          <w:i w:val="0"/>
          <w:color w:val="9A3412"/>
          <w:sz w:val="19"/>
        </w:rPr>
        <w:t>[numéro]</w:t>
      </w:r>
      <w:r>
        <w:rPr>
          <w:b w:val="0"/>
          <w:i w:val="0"/>
          <w:color w:val="1C1917"/>
          <w:sz w:val="19"/>
        </w:rPr>
        <w:t xml:space="preserve"> de </w:t>
      </w:r>
      <w:r>
        <w:rPr>
          <w:b w:val="0"/>
          <w:i w:val="0"/>
          <w:color w:val="9A3412"/>
          <w:sz w:val="19"/>
        </w:rPr>
        <w:t>[montant]</w:t>
      </w:r>
      <w:r>
        <w:rPr>
          <w:b w:val="0"/>
          <w:i w:val="0"/>
          <w:color w:val="1C1917"/>
          <w:sz w:val="19"/>
        </w:rPr>
        <w:t xml:space="preserve"> € pour </w:t>
      </w:r>
      <w:r>
        <w:rPr>
          <w:b w:val="0"/>
          <w:i w:val="0"/>
          <w:color w:val="9A3412"/>
          <w:sz w:val="19"/>
        </w:rPr>
        <w:t>[nature des travaux]</w:t>
      </w:r>
      <w:r>
        <w:rPr>
          <w:b w:val="0"/>
          <w:i w:val="0"/>
          <w:color w:val="1C1917"/>
          <w:sz w:val="19"/>
        </w:rPr>
        <w:t xml:space="preserve"> arrivait à échéance le </w:t>
      </w:r>
      <w:r>
        <w:rPr>
          <w:b w:val="0"/>
          <w:i w:val="0"/>
          <w:color w:val="9A3412"/>
          <w:sz w:val="19"/>
        </w:rPr>
        <w:t>[date d'échéance]</w:t>
      </w:r>
      <w:r>
        <w:rPr>
          <w:b w:val="0"/>
          <w:i w:val="0"/>
          <w:color w:val="1C1917"/>
          <w:sz w:val="19"/>
        </w:rPr>
        <w:t xml:space="preserve">. Pourriez-vous regarder cela quand vous aurez un moment ? Je vous la remets en pièce jointe. Si c'est déjà réglé, merci de ne pas tenir compte de ce message. Bonne journée, </w:t>
      </w:r>
      <w:r>
        <w:rPr>
          <w:b w:val="0"/>
          <w:i w:val="0"/>
          <w:color w:val="9A3412"/>
          <w:sz w:val="19"/>
        </w:rPr>
        <w:t>[Prénom Nom]</w:t>
      </w:r>
      <w:r>
        <w:rPr>
          <w:b w:val="0"/>
          <w:i w:val="0"/>
          <w:color w:val="1C1917"/>
          <w:sz w:val="19"/>
        </w:rPr>
        <w:t xml:space="preserve">, </w:t>
      </w:r>
      <w:r>
        <w:rPr>
          <w:b w:val="0"/>
          <w:i w:val="0"/>
          <w:color w:val="9A3412"/>
          <w:sz w:val="19"/>
        </w:rPr>
        <w:t>[Nom de votre entreprise]</w:t>
      </w:r>
      <w:r>
        <w:rPr>
          <w:b w:val="0"/>
          <w:i w:val="0"/>
          <w:color w:val="1C1917"/>
          <w:sz w:val="19"/>
        </w:rPr>
        <w:t xml:space="preserve">, </w:t>
      </w:r>
      <w:r>
        <w:rPr>
          <w:b w:val="0"/>
          <w:i w:val="0"/>
          <w:color w:val="9A3412"/>
          <w:sz w:val="19"/>
        </w:rPr>
        <w:t>[téléphone]</w:t>
      </w:r>
      <w:r>
        <w:rPr>
          <w:b w:val="0"/>
          <w:i w:val="0"/>
          <w:color w:val="1C1917"/>
          <w:sz w:val="19"/>
        </w:rPr>
        <w:t>.</w:t>
      </w:r>
    </w:p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25A52"/>
        <w:sz w:val="16"/>
      </w:rPr>
      <w:t>Modèle offert par Le Bon Relais — lebonrelais.pro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— Lettre de relance de facture impayée</dc:title>
  <dc:subject/>
  <dc:creator>Le Bon Relais</dc:creator>
  <cp:keywords/>
  <dc:description>Modèle offert par Le Bon Relais — lebonrelais.pro</dc:description>
  <cp:lastModifiedBy>Le Bon Relais</cp:lastModifiedBy>
  <cp:revision>1</cp:revision>
  <dcterms:created xsi:type="dcterms:W3CDTF">2026-10-25T00:00:00Z</dcterms:created>
  <dcterms:modified xsi:type="dcterms:W3CDTF">2026-10-25T00:00:00Z</dcterms:modified>
  <cp:category/>
</cp:coreProperties>
</file>