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b w:val="0"/>
          <w:i/>
          <w:color w:val="625A52"/>
          <w:sz w:val="17"/>
        </w:rPr>
        <w:t>Remplacez les passages entre crochets par vos informations et supprimez ceux qui ne vous concernent pas, y compris cette phrase.</w:t>
      </w:r>
    </w:p>
    <w:p>
      <w:pPr>
        <w:spacing w:after="0" w:before="0"/>
      </w:pPr>
      <w:r>
        <w:rPr>
          <w:b/>
          <w:i w:val="0"/>
          <w:color w:val="9A3412"/>
        </w:rPr>
        <w:t>[Nom commercial de votre entreprise]</w:t>
      </w:r>
    </w:p>
    <w:p>
      <w:pPr>
        <w:spacing w:after="0" w:before="0"/>
      </w:pPr>
      <w:r>
        <w:rPr>
          <w:b w:val="0"/>
          <w:i w:val="0"/>
          <w:color w:val="9A3412"/>
        </w:rPr>
        <w:t>[Prénom Nom]</w:t>
      </w:r>
      <w:r>
        <w:rPr>
          <w:b w:val="0"/>
          <w:i w:val="0"/>
          <w:color w:val="1C1917"/>
        </w:rPr>
        <w:t xml:space="preserve">, Entrepreneur individuel (EI) </w:t>
      </w:r>
      <w:r>
        <w:rPr>
          <w:b w:val="0"/>
          <w:i w:val="0"/>
          <w:color w:val="9A3412"/>
        </w:rPr>
        <w:t>[ou, pour une société : forme juridique et capital social]</w:t>
      </w:r>
    </w:p>
    <w:p>
      <w:pPr>
        <w:spacing w:after="0" w:before="0"/>
      </w:pPr>
      <w:r>
        <w:rPr>
          <w:b w:val="0"/>
          <w:i w:val="0"/>
          <w:color w:val="9A3412"/>
        </w:rPr>
        <w:t>[Adresse]</w:t>
      </w:r>
    </w:p>
    <w:p>
      <w:pPr>
        <w:spacing w:after="0" w:before="0"/>
      </w:pPr>
      <w:r>
        <w:rPr>
          <w:b w:val="0"/>
          <w:i w:val="0"/>
          <w:color w:val="9A3412"/>
        </w:rPr>
        <w:t>[Code postal]</w:t>
      </w:r>
      <w:r>
        <w:rPr>
          <w:b w:val="0"/>
          <w:i w:val="0"/>
          <w:color w:val="1C1917"/>
        </w:rPr>
        <w:t xml:space="preserve"> </w:t>
      </w:r>
      <w:r>
        <w:rPr>
          <w:b w:val="0"/>
          <w:i w:val="0"/>
          <w:color w:val="9A3412"/>
        </w:rPr>
        <w:t>[Ville]</w:t>
      </w:r>
    </w:p>
    <w:p>
      <w:pPr>
        <w:spacing w:after="0" w:before="0"/>
      </w:pPr>
      <w:r>
        <w:rPr>
          <w:b w:val="0"/>
          <w:i w:val="0"/>
          <w:color w:val="1C1917"/>
        </w:rPr>
        <w:t xml:space="preserve">Tél. </w:t>
      </w:r>
      <w:r>
        <w:rPr>
          <w:b w:val="0"/>
          <w:i w:val="0"/>
          <w:color w:val="9A3412"/>
        </w:rPr>
        <w:t>[téléphone]</w:t>
      </w:r>
      <w:r>
        <w:rPr>
          <w:b w:val="0"/>
          <w:i w:val="0"/>
          <w:color w:val="1C1917"/>
        </w:rPr>
        <w:t xml:space="preserve"> — </w:t>
      </w:r>
      <w:r>
        <w:rPr>
          <w:b w:val="0"/>
          <w:i w:val="0"/>
          <w:color w:val="9A3412"/>
        </w:rPr>
        <w:t>[e-mail]</w:t>
      </w:r>
    </w:p>
    <w:p>
      <w:pPr>
        <w:spacing w:after="0" w:before="0"/>
      </w:pPr>
      <w:r>
        <w:rPr>
          <w:b w:val="0"/>
          <w:i w:val="0"/>
          <w:color w:val="1C1917"/>
        </w:rPr>
        <w:t xml:space="preserve">SIRET : </w:t>
      </w:r>
      <w:r>
        <w:rPr>
          <w:b w:val="0"/>
          <w:i w:val="0"/>
          <w:color w:val="9A3412"/>
        </w:rPr>
        <w:t>[numéro SIRET]</w:t>
      </w:r>
    </w:p>
    <w:p>
      <w:pPr>
        <w:spacing w:after="160" w:before="0"/>
      </w:pPr>
    </w:p>
    <w:p>
      <w:pPr>
        <w:spacing w:after="0" w:before="0"/>
        <w:ind w:left="5386"/>
      </w:pPr>
      <w:r>
        <w:rPr>
          <w:b w:val="0"/>
          <w:i w:val="0"/>
          <w:color w:val="9A3412"/>
        </w:rPr>
        <w:t>[Nom du client ou de son entreprise]</w:t>
      </w:r>
    </w:p>
    <w:p>
      <w:pPr>
        <w:spacing w:after="0" w:before="0"/>
        <w:ind w:left="5386"/>
      </w:pPr>
      <w:r>
        <w:rPr>
          <w:b w:val="0"/>
          <w:i w:val="0"/>
          <w:color w:val="9A3412"/>
        </w:rPr>
        <w:t>[Adresse du client]</w:t>
      </w:r>
    </w:p>
    <w:p>
      <w:pPr>
        <w:spacing w:after="0" w:before="0"/>
        <w:ind w:left="5386"/>
      </w:pPr>
      <w:r>
        <w:rPr>
          <w:b w:val="0"/>
          <w:i w:val="0"/>
          <w:color w:val="9A3412"/>
        </w:rPr>
        <w:t>[Code postal]</w:t>
      </w:r>
      <w:r>
        <w:rPr>
          <w:b w:val="0"/>
          <w:i w:val="0"/>
          <w:color w:val="1C1917"/>
        </w:rPr>
        <w:t xml:space="preserve"> </w:t>
      </w:r>
      <w:r>
        <w:rPr>
          <w:b w:val="0"/>
          <w:i w:val="0"/>
          <w:color w:val="9A3412"/>
        </w:rPr>
        <w:t>[Ville]</w:t>
      </w:r>
    </w:p>
    <w:p>
      <w:pPr>
        <w:spacing w:after="160" w:before="0"/>
      </w:pPr>
    </w:p>
    <w:p>
      <w:pPr>
        <w:spacing w:after="280" w:before="0"/>
        <w:ind w:left="5386"/>
      </w:pPr>
      <w:r>
        <w:rPr>
          <w:b w:val="0"/>
          <w:i w:val="0"/>
          <w:color w:val="9A3412"/>
        </w:rPr>
        <w:t>[Ville]</w:t>
      </w:r>
      <w:r>
        <w:rPr>
          <w:b w:val="0"/>
          <w:i w:val="0"/>
          <w:color w:val="1C1917"/>
        </w:rPr>
        <w:t xml:space="preserve">, le </w:t>
      </w:r>
      <w:r>
        <w:rPr>
          <w:b w:val="0"/>
          <w:i w:val="0"/>
          <w:color w:val="9A3412"/>
        </w:rPr>
        <w:t>[date]</w:t>
      </w:r>
    </w:p>
    <w:p>
      <w:pPr>
        <w:spacing w:after="240" w:before="0"/>
      </w:pPr>
      <w:r>
        <w:rPr>
          <w:b/>
          <w:i w:val="0"/>
          <w:color w:val="1C1917"/>
        </w:rPr>
        <w:t xml:space="preserve">Objet : votre devis n° </w:t>
      </w:r>
      <w:r>
        <w:rPr>
          <w:b/>
          <w:i w:val="0"/>
          <w:color w:val="9A3412"/>
        </w:rPr>
        <w:t>[numéro]</w:t>
      </w:r>
      <w:r>
        <w:rPr>
          <w:b/>
          <w:i w:val="0"/>
          <w:color w:val="1C1917"/>
        </w:rPr>
        <w:t xml:space="preserve"> du </w:t>
      </w:r>
      <w:r>
        <w:rPr>
          <w:b/>
          <w:i w:val="0"/>
          <w:color w:val="9A3412"/>
        </w:rPr>
        <w:t>[date du devis]</w:t>
      </w:r>
      <w:r>
        <w:rPr>
          <w:b/>
          <w:i w:val="0"/>
          <w:color w:val="1C1917"/>
        </w:rPr>
        <w:t xml:space="preserve"> — </w:t>
      </w:r>
      <w:r>
        <w:rPr>
          <w:b/>
          <w:i w:val="0"/>
          <w:color w:val="9A3412"/>
        </w:rPr>
        <w:t>[nature des travaux]</w:t>
      </w:r>
    </w:p>
    <w:p>
      <w:pPr>
        <w:spacing w:after="160" w:before="0" w:line="276" w:lineRule="auto"/>
      </w:pPr>
      <w:r>
        <w:rPr>
          <w:b w:val="0"/>
          <w:i w:val="0"/>
          <w:color w:val="9A3412"/>
        </w:rPr>
        <w:t>[Madame, Monsieur / Bonjour Madame X,]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 xml:space="preserve">Je reviens vers vous au sujet du devis n° </w:t>
      </w:r>
      <w:r>
        <w:rPr>
          <w:b w:val="0"/>
          <w:i w:val="0"/>
          <w:color w:val="9A3412"/>
        </w:rPr>
        <w:t>[numéro]</w:t>
      </w:r>
      <w:r>
        <w:rPr>
          <w:b w:val="0"/>
          <w:i w:val="0"/>
          <w:color w:val="1C1917"/>
        </w:rPr>
        <w:t xml:space="preserve"> que je vous ai remis le </w:t>
      </w:r>
      <w:r>
        <w:rPr>
          <w:b w:val="0"/>
          <w:i w:val="0"/>
          <w:color w:val="9A3412"/>
        </w:rPr>
        <w:t>[date du devis]</w:t>
      </w:r>
      <w:r>
        <w:rPr>
          <w:b w:val="0"/>
          <w:i w:val="0"/>
          <w:color w:val="1C1917"/>
        </w:rPr>
        <w:t xml:space="preserve"> pour </w:t>
      </w:r>
      <w:r>
        <w:rPr>
          <w:b w:val="0"/>
          <w:i w:val="0"/>
          <w:color w:val="9A3412"/>
        </w:rPr>
        <w:t>[nature des travaux, ex. la rénovation de votre salle de bains]</w:t>
      </w:r>
      <w:r>
        <w:rPr>
          <w:b w:val="0"/>
          <w:i w:val="0"/>
          <w:color w:val="1C1917"/>
        </w:rPr>
        <w:t xml:space="preserve">, d'un montant de </w:t>
      </w:r>
      <w:r>
        <w:rPr>
          <w:b w:val="0"/>
          <w:i w:val="0"/>
          <w:color w:val="9A3412"/>
        </w:rPr>
        <w:t>[montant]</w:t>
      </w:r>
      <w:r>
        <w:rPr>
          <w:b w:val="0"/>
          <w:i w:val="0"/>
          <w:color w:val="1C1917"/>
        </w:rPr>
        <w:t xml:space="preserve"> € </w:t>
      </w:r>
      <w:r>
        <w:rPr>
          <w:b w:val="0"/>
          <w:i w:val="0"/>
          <w:color w:val="9A3412"/>
        </w:rPr>
        <w:t>[TTC]</w:t>
      </w:r>
      <w:r>
        <w:rPr>
          <w:b w:val="0"/>
          <w:i w:val="0"/>
          <w:color w:val="1C1917"/>
        </w:rPr>
        <w:t>.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>Avez-vous pu en prendre connaissance ? Je reste à votre disposition pour en parler, répondre à vos questions ou adapter la proposition si besoin : choix du matériel, découpage des travaux en plusieurs étapes, dates d'intervention.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 xml:space="preserve">Pour information, ce devis est valable jusqu'au </w:t>
      </w:r>
      <w:r>
        <w:rPr>
          <w:b w:val="0"/>
          <w:i w:val="0"/>
          <w:color w:val="9A3412"/>
        </w:rPr>
        <w:t>[date de fin de validité]</w:t>
      </w:r>
      <w:r>
        <w:rPr>
          <w:b w:val="0"/>
          <w:i w:val="0"/>
          <w:color w:val="1C1917"/>
        </w:rPr>
        <w:t xml:space="preserve">. Si vous souhaitez y donner suite, il vous suffit de me le retourner daté et signé, avec la mention « Bon pour accord ». Je pourrai alors vous proposer une date d'intervention </w:t>
      </w:r>
      <w:r>
        <w:rPr>
          <w:b w:val="0"/>
          <w:i w:val="0"/>
          <w:color w:val="9A3412"/>
        </w:rPr>
        <w:t>[ex. à partir du date]</w:t>
      </w:r>
      <w:r>
        <w:rPr>
          <w:b w:val="0"/>
          <w:i w:val="0"/>
          <w:color w:val="1C1917"/>
        </w:rPr>
        <w:t>.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>Et si votre projet a changé ou si vous avez fait un autre choix, un mot de votre part me suffit : je ne vous relancerai pas.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 xml:space="preserve">Je vous remercie de votre attention et vous prie d'agréer, </w:t>
      </w:r>
      <w:r>
        <w:rPr>
          <w:b w:val="0"/>
          <w:i w:val="0"/>
          <w:color w:val="9A3412"/>
        </w:rPr>
        <w:t>[Madame, Monsieur]</w:t>
      </w:r>
      <w:r>
        <w:rPr>
          <w:b w:val="0"/>
          <w:i w:val="0"/>
          <w:color w:val="1C1917"/>
        </w:rPr>
        <w:t>, mes salutations distinguées.</w:t>
      </w:r>
    </w:p>
    <w:p>
      <w:pPr>
        <w:spacing w:after="80" w:before="0"/>
      </w:pPr>
    </w:p>
    <w:p>
      <w:pPr>
        <w:spacing w:after="0" w:before="0"/>
        <w:ind w:left="5386"/>
      </w:pPr>
      <w:r>
        <w:rPr>
          <w:b w:val="0"/>
          <w:i w:val="0"/>
          <w:color w:val="9A3412"/>
        </w:rPr>
        <w:t>[Prénom Nom]</w:t>
      </w:r>
    </w:p>
    <w:p>
      <w:pPr>
        <w:spacing w:after="280" w:before="0"/>
        <w:ind w:left="5386"/>
      </w:pPr>
      <w:r>
        <w:rPr>
          <w:b w:val="0"/>
          <w:i w:val="0"/>
          <w:color w:val="9A3412"/>
        </w:rPr>
        <w:t>[Nom commercial de votre entreprise]</w:t>
      </w:r>
    </w:p>
    <w:p>
      <w:pPr>
        <w:spacing w:after="80" w:before="0"/>
      </w:pPr>
      <w:r>
        <w:rPr>
          <w:b w:val="0"/>
          <w:i w:val="0"/>
          <w:color w:val="625A52"/>
          <w:sz w:val="18"/>
        </w:rPr>
        <w:t xml:space="preserve">Pièce jointe : copie du devis n° </w:t>
      </w:r>
      <w:r>
        <w:rPr>
          <w:b w:val="0"/>
          <w:i w:val="0"/>
          <w:color w:val="9A3412"/>
          <w:sz w:val="18"/>
        </w:rPr>
        <w:t>[numéro]</w:t>
      </w:r>
    </w:p>
    <w:p>
      <w:pPr>
        <w:keepNext/>
        <w:spacing w:after="80" w:before="360"/>
      </w:pPr>
      <w:r>
        <w:rPr>
          <w:b/>
          <w:i w:val="0"/>
          <w:color w:val="1C1917"/>
          <w:sz w:val="22"/>
        </w:rPr>
        <w:t>Version courte, pour un e-mail ou un SMS</w:t>
      </w:r>
    </w:p>
    <w:p>
      <w:pPr>
        <w:spacing w:after="80" w:before="0"/>
      </w:pPr>
      <w:r>
        <w:rPr>
          <w:b w:val="0"/>
          <w:i w:val="0"/>
          <w:color w:val="1C1917"/>
          <w:sz w:val="19"/>
        </w:rPr>
        <w:t xml:space="preserve">Objet : votre devis n° </w:t>
      </w:r>
      <w:r>
        <w:rPr>
          <w:b w:val="0"/>
          <w:i w:val="0"/>
          <w:color w:val="9A3412"/>
          <w:sz w:val="19"/>
        </w:rPr>
        <w:t>[numéro]</w:t>
      </w:r>
      <w:r>
        <w:rPr>
          <w:b w:val="0"/>
          <w:i w:val="0"/>
          <w:color w:val="1C1917"/>
          <w:sz w:val="19"/>
        </w:rPr>
        <w:t xml:space="preserve"> — </w:t>
      </w:r>
      <w:r>
        <w:rPr>
          <w:b w:val="0"/>
          <w:i w:val="0"/>
          <w:color w:val="9A3412"/>
          <w:sz w:val="19"/>
        </w:rPr>
        <w:t>[nature des travaux]</w:t>
      </w:r>
    </w:p>
    <w:p>
      <w:pPr>
        <w:spacing w:after="80" w:before="0"/>
      </w:pPr>
      <w:r>
        <w:rPr>
          <w:b w:val="0"/>
          <w:i w:val="0"/>
          <w:color w:val="1C1917"/>
          <w:sz w:val="19"/>
        </w:rPr>
        <w:t xml:space="preserve">Bonjour </w:t>
      </w:r>
      <w:r>
        <w:rPr>
          <w:b w:val="0"/>
          <w:i w:val="0"/>
          <w:color w:val="9A3412"/>
          <w:sz w:val="19"/>
        </w:rPr>
        <w:t>[Madame X]</w:t>
      </w:r>
      <w:r>
        <w:rPr>
          <w:b w:val="0"/>
          <w:i w:val="0"/>
          <w:color w:val="1C1917"/>
          <w:sz w:val="19"/>
        </w:rPr>
        <w:t xml:space="preserve">, je me permets de revenir vers vous au sujet du devis pour </w:t>
      </w:r>
      <w:r>
        <w:rPr>
          <w:b w:val="0"/>
          <w:i w:val="0"/>
          <w:color w:val="9A3412"/>
          <w:sz w:val="19"/>
        </w:rPr>
        <w:t>[nature des travaux]</w:t>
      </w:r>
      <w:r>
        <w:rPr>
          <w:b w:val="0"/>
          <w:i w:val="0"/>
          <w:color w:val="1C1917"/>
          <w:sz w:val="19"/>
        </w:rPr>
        <w:t xml:space="preserve"> envoyé le </w:t>
      </w:r>
      <w:r>
        <w:rPr>
          <w:b w:val="0"/>
          <w:i w:val="0"/>
          <w:color w:val="9A3412"/>
          <w:sz w:val="19"/>
        </w:rPr>
        <w:t>[date du devis]</w:t>
      </w:r>
      <w:r>
        <w:rPr>
          <w:b w:val="0"/>
          <w:i w:val="0"/>
          <w:color w:val="1C1917"/>
          <w:sz w:val="19"/>
        </w:rPr>
        <w:t xml:space="preserve">. Avez-vous des questions, ou souhaitez-vous que j'adapte quelque chose ? Le devis est valable jusqu'au </w:t>
      </w:r>
      <w:r>
        <w:rPr>
          <w:b w:val="0"/>
          <w:i w:val="0"/>
          <w:color w:val="9A3412"/>
          <w:sz w:val="19"/>
        </w:rPr>
        <w:t>[date de fin de validité]</w:t>
      </w:r>
      <w:r>
        <w:rPr>
          <w:b w:val="0"/>
          <w:i w:val="0"/>
          <w:color w:val="1C1917"/>
          <w:sz w:val="19"/>
        </w:rPr>
        <w:t xml:space="preserve">. Bonne journée, </w:t>
      </w:r>
      <w:r>
        <w:rPr>
          <w:b w:val="0"/>
          <w:i w:val="0"/>
          <w:color w:val="9A3412"/>
          <w:sz w:val="19"/>
        </w:rPr>
        <w:t>[Prénom Nom]</w:t>
      </w:r>
      <w:r>
        <w:rPr>
          <w:b w:val="0"/>
          <w:i w:val="0"/>
          <w:color w:val="1C1917"/>
          <w:sz w:val="19"/>
        </w:rPr>
        <w:t xml:space="preserve">, </w:t>
      </w:r>
      <w:r>
        <w:rPr>
          <w:b w:val="0"/>
          <w:i w:val="0"/>
          <w:color w:val="9A3412"/>
          <w:sz w:val="19"/>
        </w:rPr>
        <w:t>[Nom de votre entreprise]</w:t>
      </w:r>
      <w:r>
        <w:rPr>
          <w:b w:val="0"/>
          <w:i w:val="0"/>
          <w:color w:val="1C1917"/>
          <w:sz w:val="19"/>
        </w:rPr>
        <w:t xml:space="preserve">, </w:t>
      </w:r>
      <w:r>
        <w:rPr>
          <w:b w:val="0"/>
          <w:i w:val="0"/>
          <w:color w:val="9A3412"/>
          <w:sz w:val="19"/>
        </w:rPr>
        <w:t>[téléphone]</w:t>
      </w:r>
      <w:r>
        <w:rPr>
          <w:b w:val="0"/>
          <w:i w:val="0"/>
          <w:color w:val="1C1917"/>
          <w:sz w:val="19"/>
        </w:rPr>
        <w:t>.</w:t>
      </w:r>
    </w:p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25A52"/>
        <w:sz w:val="16"/>
      </w:rPr>
      <w:t>Modèle offert par Le Bon Relais — lebonrelais.pro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— Lettre de relance de devis sans réponse</dc:title>
  <dc:subject/>
  <dc:creator>Le Bon Relais</dc:creator>
  <cp:keywords/>
  <dc:description>Modèle offert par Le Bon Relais — lebonrelais.pro</dc:description>
  <cp:lastModifiedBy>Le Bon Relais</cp:lastModifiedBy>
  <cp:revision>1</cp:revision>
  <dcterms:created xsi:type="dcterms:W3CDTF">2026-10-25T00:00:00Z</dcterms:created>
  <dcterms:modified xsi:type="dcterms:W3CDTF">2026-10-25T00:00:00Z</dcterms:modified>
  <cp:category/>
</cp:coreProperties>
</file>