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1C1917"/>
          <w:sz w:val="36"/>
        </w:rPr>
        <w:t xml:space="preserve">DEVIS n° </w:t>
      </w:r>
      <w:r>
        <w:rPr>
          <w:b/>
          <w:i w:val="0"/>
          <w:color w:val="9A3412"/>
          <w:sz w:val="36"/>
        </w:rPr>
        <w:t>[numéro]</w:t>
      </w:r>
    </w:p>
    <w:p>
      <w:pPr>
        <w:spacing w:after="200" w:before="0"/>
      </w:pPr>
      <w:r>
        <w:rPr>
          <w:b w:val="0"/>
          <w:i w:val="0"/>
          <w:color w:val="625A52"/>
          <w:sz w:val="20"/>
        </w:rPr>
        <w:t xml:space="preserve">Plomberie — </w:t>
      </w:r>
      <w:r>
        <w:rPr>
          <w:b w:val="0"/>
          <w:i w:val="0"/>
          <w:color w:val="9A3412"/>
          <w:sz w:val="20"/>
        </w:rPr>
        <w:t>[Nom commercial de votre entreprise]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commercial de votre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  <w:r>
              <w:rPr>
                <w:b w:val="0"/>
                <w:i w:val="0"/>
                <w:color w:val="1C1917"/>
                <w:sz w:val="19"/>
              </w:rPr>
              <w:t xml:space="preserve">, Entrepreneur individuel (EI) </w:t>
            </w:r>
            <w:r>
              <w:rPr>
                <w:b w:val="0"/>
                <w:i w:val="0"/>
                <w:color w:val="9A3412"/>
                <w:sz w:val="19"/>
              </w:rPr>
              <w:t>[ou, pour une société : forme juridique et capital social]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Tél. </w:t>
            </w:r>
            <w:r>
              <w:rPr>
                <w:b w:val="0"/>
                <w:i w:val="0"/>
                <w:color w:val="9A3412"/>
                <w:sz w:val="19"/>
              </w:rPr>
              <w:t>[téléphone]</w:t>
            </w:r>
            <w:r>
              <w:rPr>
                <w:b w:val="0"/>
                <w:i w:val="0"/>
                <w:color w:val="1C1917"/>
                <w:sz w:val="19"/>
              </w:rPr>
              <w:t xml:space="preserve"> — </w:t>
            </w:r>
            <w:r>
              <w:rPr>
                <w:b w:val="0"/>
                <w:i w:val="0"/>
                <w:color w:val="9A3412"/>
                <w:sz w:val="19"/>
              </w:rPr>
              <w:t>[e-mail]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SIRET : </w:t>
            </w:r>
            <w:r>
              <w:rPr>
                <w:b w:val="0"/>
                <w:i w:val="0"/>
                <w:color w:val="9A3412"/>
                <w:sz w:val="19"/>
              </w:rPr>
              <w:t>[numéro SIRET]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N° de TVA intracommunautaire : </w:t>
            </w:r>
            <w:r>
              <w:rPr>
                <w:b w:val="0"/>
                <w:i w:val="0"/>
                <w:color w:val="9A3412"/>
                <w:sz w:val="19"/>
              </w:rPr>
              <w:t>[numéro, si vous êtes assujetti à la TVA]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du client ou de son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SIREN du client : </w:t>
            </w:r>
            <w:r>
              <w:rPr>
                <w:b w:val="0"/>
                <w:i w:val="0"/>
                <w:color w:val="9A3412"/>
                <w:sz w:val="19"/>
              </w:rPr>
              <w:t>[numéro, si votre client est une entreprise]</w:t>
            </w:r>
          </w:p>
        </w:tc>
      </w:tr>
    </w:tbl>
    <w:p>
      <w:pPr>
        <w:spacing w:after="40" w:before="0"/>
      </w:pP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du devis : </w:t>
      </w:r>
      <w:r>
        <w:rPr>
          <w:b w:val="0"/>
          <w:i w:val="0"/>
          <w:color w:val="9A3412"/>
          <w:sz w:val="19"/>
        </w:rPr>
        <w:t>[date]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valable jusqu'au : </w:t>
      </w:r>
      <w:r>
        <w:rPr>
          <w:b w:val="0"/>
          <w:i w:val="0"/>
          <w:color w:val="9A3412"/>
          <w:sz w:val="19"/>
        </w:rPr>
        <w:t>[date de fin de validité]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Lieu des travaux : </w:t>
      </w:r>
      <w:r>
        <w:rPr>
          <w:b w:val="0"/>
          <w:i w:val="0"/>
          <w:color w:val="9A3412"/>
          <w:sz w:val="19"/>
        </w:rPr>
        <w:t>[adresse du chantier, si elle diffère de celle du client]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 début prévue : </w:t>
      </w:r>
      <w:r>
        <w:rPr>
          <w:b w:val="0"/>
          <w:i w:val="0"/>
          <w:color w:val="9A3412"/>
          <w:sz w:val="19"/>
        </w:rPr>
        <w:t>[date]</w:t>
      </w:r>
      <w:r>
        <w:rPr>
          <w:b w:val="0"/>
          <w:i w:val="0"/>
          <w:color w:val="1C1917"/>
          <w:sz w:val="19"/>
        </w:rPr>
        <w:t xml:space="preserve"> — Durée estimée des travaux : </w:t>
      </w:r>
      <w:r>
        <w:rPr>
          <w:b w:val="0"/>
          <w:i w:val="0"/>
          <w:color w:val="9A3412"/>
          <w:sz w:val="19"/>
        </w:rPr>
        <w:t>[durée]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Nature des travaux</w:t>
      </w:r>
    </w:p>
    <w:p>
      <w:pPr>
        <w:spacing w:after="80" w:before="0"/>
      </w:pPr>
      <w:r>
        <w:rPr>
          <w:b w:val="0"/>
          <w:i w:val="0"/>
          <w:color w:val="9A3412"/>
        </w:rPr>
        <w:t>[Description précise des travaux, ex. remplacement d'un chauffe-eau électrique de 200 L]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Détail des prestations et fournitures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1020"/>
        <w:gridCol w:w="907"/>
        <w:gridCol w:w="1474"/>
        <w:gridCol w:w="1474"/>
      </w:tblGrid>
      <w:tr>
        <w:tc>
          <w:tcPr>
            <w:tcW w:type="dxa" w:w="4762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Désignation</w:t>
            </w:r>
          </w:p>
        </w:tc>
        <w:tc>
          <w:tcPr>
            <w:tcW w:type="dxa" w:w="1020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Qté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Prix unitaire HT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Total HT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Main-d'œuvre : </w:t>
            </w:r>
            <w:r>
              <w:rPr>
                <w:b w:val="0"/>
                <w:i w:val="0"/>
                <w:color w:val="9A3412"/>
                <w:sz w:val="18"/>
              </w:rPr>
              <w:t>[ex. dépose de l'ancien chauffe-eau, pose et raccordement du nouveau]</w:t>
            </w:r>
            <w:r>
              <w:rPr>
                <w:b w:val="0"/>
                <w:i w:val="0"/>
                <w:color w:val="1C1917"/>
                <w:sz w:val="18"/>
              </w:rPr>
              <w:t xml:space="preserve"> — taux horaire </w:t>
            </w:r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 HT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heure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chauffe-eau électrique 200 L, marque, référence]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groupe de sécurité, raccords, flexibles]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lot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Frais de déplacement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Enlèvement et traitement des déchets : </w:t>
            </w:r>
            <w:r>
              <w:rPr>
                <w:b w:val="0"/>
                <w:i w:val="0"/>
                <w:color w:val="9A3412"/>
                <w:sz w:val="18"/>
              </w:rPr>
              <w:t>[ex. ancien appareil déposé en déchetterie professionnelle]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835"/>
        <w:gridCol w:w="1701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Total HT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TVA à </w:t>
            </w:r>
            <w:r>
              <w:rPr>
                <w:b w:val="0"/>
                <w:i w:val="0"/>
                <w:color w:val="9A3412"/>
                <w:sz w:val="19"/>
              </w:rPr>
              <w:t>[taux]</w:t>
            </w:r>
            <w:r>
              <w:rPr>
                <w:b w:val="0"/>
                <w:i w:val="0"/>
                <w:color w:val="1C1917"/>
                <w:sz w:val="19"/>
              </w:rPr>
              <w:t xml:space="preserve"> %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Total TTC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</w:tbl>
    <w:p>
      <w:pPr>
        <w:spacing w:after="120" w:before="0"/>
      </w:pPr>
      <w:r>
        <w:rPr>
          <w:b w:val="0"/>
          <w:i/>
          <w:color w:val="9A3412"/>
          <w:sz w:val="17"/>
        </w:rPr>
        <w:t>[Si vous êtes en franchise de TVA : supprimez les lignes « TVA » et « Total TTC », et indiquez : « TVA non applicable, art. 293 B du CGI ».]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Conditions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</w:t>
      </w:r>
      <w:r>
        <w:rPr>
          <w:b w:val="0"/>
          <w:i w:val="0"/>
          <w:color w:val="9A3412"/>
          <w:sz w:val="19"/>
        </w:rPr>
        <w:t>[gratuit / payant : montant]</w:t>
      </w:r>
      <w:r>
        <w:rPr>
          <w:b w:val="0"/>
          <w:i w:val="0"/>
          <w:color w:val="1C1917"/>
          <w:sz w:val="19"/>
        </w:rPr>
        <w:t xml:space="preserve"> €.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Acompte à la signature : </w:t>
      </w:r>
      <w:r>
        <w:rPr>
          <w:b w:val="0"/>
          <w:i w:val="0"/>
          <w:color w:val="9A3412"/>
          <w:sz w:val="19"/>
        </w:rPr>
        <w:t>[montant ou « aucun »]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Paiement du solde : </w:t>
      </w:r>
      <w:r>
        <w:rPr>
          <w:b w:val="0"/>
          <w:i w:val="0"/>
          <w:color w:val="9A3412"/>
          <w:sz w:val="19"/>
        </w:rPr>
        <w:t>[ex. à réception de la facture]</w:t>
      </w:r>
      <w:r>
        <w:rPr>
          <w:b w:val="0"/>
          <w:i w:val="0"/>
          <w:color w:val="1C1917"/>
          <w:sz w:val="19"/>
        </w:rPr>
        <w:t xml:space="preserve">, par </w:t>
      </w:r>
      <w:r>
        <w:rPr>
          <w:b w:val="0"/>
          <w:i w:val="0"/>
          <w:color w:val="9A3412"/>
          <w:sz w:val="19"/>
        </w:rPr>
        <w:t>[virement / chèque]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Pièces remplacées : souhaitez-vous conserver les pièces, éléments ou appareils remplacés ?  ☐ Oui   ☐ Non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Assurance professionnelle </w:t>
      </w:r>
      <w:r>
        <w:rPr>
          <w:b w:val="0"/>
          <w:i w:val="0"/>
          <w:color w:val="9A3412"/>
          <w:sz w:val="19"/>
        </w:rPr>
        <w:t>[si elle est obligatoire pour vos travaux, notamment l'assurance décennale]</w:t>
      </w:r>
      <w:r>
        <w:rPr>
          <w:b w:val="0"/>
          <w:i w:val="0"/>
          <w:color w:val="1C1917"/>
          <w:sz w:val="19"/>
        </w:rPr>
        <w:t xml:space="preserve"> : </w:t>
      </w:r>
      <w:r>
        <w:rPr>
          <w:b w:val="0"/>
          <w:i w:val="0"/>
          <w:color w:val="9A3412"/>
          <w:sz w:val="19"/>
        </w:rPr>
        <w:t>[nom et adresse de l'assureur]</w:t>
      </w:r>
      <w:r>
        <w:rPr>
          <w:b w:val="0"/>
          <w:i w:val="0"/>
          <w:color w:val="1C1917"/>
          <w:sz w:val="19"/>
        </w:rPr>
        <w:t xml:space="preserve">, contrat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, couverture géographique : </w:t>
      </w:r>
      <w:r>
        <w:rPr>
          <w:b w:val="0"/>
          <w:i w:val="0"/>
          <w:color w:val="9A3412"/>
          <w:sz w:val="19"/>
        </w:rPr>
        <w:t>[zone couverte, ex. France métropolitaine]</w:t>
      </w:r>
      <w:r>
        <w:rPr>
          <w:b w:val="0"/>
          <w:i w:val="0"/>
          <w:color w:val="1C1917"/>
          <w:sz w:val="19"/>
        </w:rPr>
        <w:t xml:space="preserve">. </w:t>
      </w:r>
      <w:r>
        <w:rPr>
          <w:b w:val="0"/>
          <w:i w:val="0"/>
          <w:color w:val="9A3412"/>
          <w:sz w:val="19"/>
        </w:rPr>
        <w:t>[Attestation d'assurance décennale jointe.]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Médiateur de la consommation (clients particuliers) : </w:t>
      </w:r>
      <w:r>
        <w:rPr>
          <w:b w:val="0"/>
          <w:i w:val="0"/>
          <w:color w:val="9A3412"/>
          <w:sz w:val="19"/>
        </w:rPr>
        <w:t>[nom du médiateur]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[site internet ou adresse du médiateur]</w:t>
      </w:r>
      <w:r>
        <w:rPr>
          <w:b w:val="0"/>
          <w:i w:val="0"/>
          <w:color w:val="1C1917"/>
          <w:sz w:val="19"/>
        </w:rPr>
        <w:t>.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Droit de rétractation (client particulier)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Si ce devis est signé par un particulier à son domicile, ou à distance (par e-mail, par exemple), le client dispose de 14 jours pour se rétracter, sans motif, à l'aide du formulaire ci-dessous. Ce droit ne s'applique pas aux travaux d'entretien ou de réparation à réaliser en urgence à son domicile et expressément demandés par lui. </w:t>
      </w:r>
      <w:r>
        <w:rPr>
          <w:b w:val="0"/>
          <w:i w:val="0"/>
          <w:color w:val="9A3412"/>
          <w:sz w:val="19"/>
        </w:rPr>
        <w:t>[Pour un devis signé au domicile du client : aucun paiement ni aucune prestation avant 7 jours, sauf travaux de réparation urgents demandés par le client.]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>☐ Je demande que les travaux commencent avant la fin du délai de rétractation.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Bon pour accord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Pour l'entreprise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>Date et signature :</w:t>
            </w:r>
          </w:p>
          <w:p>
            <w:pPr>
              <w:spacing w:after="20"/>
            </w:pPr>
          </w:p>
          <w:p>
            <w:pPr>
              <w:spacing w:after="20"/>
            </w:pPr>
          </w:p>
          <w:p>
            <w:pPr>
              <w:spacing w:after="20"/>
            </w:pP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Pour le 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>Date, signature et mention « Bon pour accord » :</w:t>
            </w:r>
          </w:p>
          <w:p>
            <w:pPr>
              <w:spacing w:after="20"/>
            </w:pPr>
          </w:p>
          <w:p>
            <w:pPr>
              <w:spacing w:after="20"/>
            </w:pPr>
          </w:p>
          <w:p>
            <w:pPr>
              <w:spacing w:after="20"/>
            </w:pPr>
          </w:p>
        </w:tc>
      </w:tr>
    </w:tbl>
    <w:p>
      <w:r>
        <w:br w:type="page"/>
      </w:r>
    </w:p>
    <w:p>
      <w:pPr>
        <w:spacing w:after="40" w:before="0"/>
      </w:pPr>
      <w:r>
        <w:rPr>
          <w:b/>
          <w:i w:val="0"/>
          <w:color w:val="1C1917"/>
          <w:sz w:val="28"/>
        </w:rPr>
        <w:t>Formulaire de rétractation</w:t>
      </w:r>
    </w:p>
    <w:p>
      <w:pPr>
        <w:spacing w:after="200" w:before="0"/>
      </w:pPr>
      <w:r>
        <w:rPr>
          <w:b w:val="0"/>
          <w:i/>
          <w:color w:val="625A52"/>
          <w:sz w:val="17"/>
        </w:rPr>
        <w:t>À joindre au devis quand le client est un particulier et que le devis est signé chez lui ou à distance. Le client le complète et vous le renvoie uniquement s'il souhaite se rétracter.</w:t>
      </w:r>
    </w:p>
    <w:p>
      <w:pPr>
        <w:spacing w:after="160" w:before="0"/>
      </w:pPr>
      <w:r>
        <w:rPr>
          <w:b w:val="0"/>
          <w:i w:val="0"/>
          <w:color w:val="1C1917"/>
        </w:rPr>
        <w:t>Veuillez compléter et renvoyer le présent formulaire uniquement si vous souhaitez vous rétracter du contrat.</w:t>
      </w:r>
    </w:p>
    <w:p>
      <w:pPr>
        <w:spacing w:after="160" w:before="0"/>
      </w:pPr>
      <w:r>
        <w:rPr>
          <w:b w:val="0"/>
          <w:i w:val="0"/>
          <w:color w:val="1C1917"/>
        </w:rPr>
        <w:t xml:space="preserve">À l'attention de </w:t>
      </w:r>
      <w:r>
        <w:rPr>
          <w:b w:val="0"/>
          <w:i w:val="0"/>
          <w:color w:val="9A3412"/>
        </w:rPr>
        <w:t>[Nom de votre entreprise]</w:t>
      </w:r>
      <w:r>
        <w:rPr>
          <w:b w:val="0"/>
          <w:i w:val="0"/>
          <w:color w:val="1C1917"/>
        </w:rPr>
        <w:t xml:space="preserve">, </w:t>
      </w:r>
      <w:r>
        <w:rPr>
          <w:b w:val="0"/>
          <w:i w:val="0"/>
          <w:color w:val="9A3412"/>
        </w:rPr>
        <w:t>[adresse]</w:t>
      </w:r>
      <w:r>
        <w:rPr>
          <w:b w:val="0"/>
          <w:i w:val="0"/>
          <w:color w:val="1C1917"/>
        </w:rPr>
        <w:t xml:space="preserve">, </w:t>
      </w:r>
      <w:r>
        <w:rPr>
          <w:b w:val="0"/>
          <w:i w:val="0"/>
          <w:color w:val="9A3412"/>
        </w:rPr>
        <w:t>[e-mail]</w:t>
      </w:r>
      <w:r>
        <w:rPr>
          <w:b w:val="0"/>
          <w:i w:val="0"/>
          <w:color w:val="1C1917"/>
        </w:rPr>
        <w:t xml:space="preserve"> :</w:t>
      </w:r>
    </w:p>
    <w:p>
      <w:pPr>
        <w:spacing w:after="160" w:before="0"/>
      </w:pPr>
      <w:r>
        <w:rPr>
          <w:b w:val="0"/>
          <w:i w:val="0"/>
          <w:color w:val="1C1917"/>
        </w:rPr>
        <w:t>Je/Nous (*) vous notifie/notifions (*) par la présente ma/notre (*) rétractation du contrat portant sur la prestation de services ci-dessous :</w:t>
      </w:r>
    </w:p>
    <w:p>
      <w:pPr>
        <w:spacing w:after="160" w:before="0"/>
      </w:pPr>
      <w:r>
        <w:rPr>
          <w:b w:val="0"/>
          <w:i w:val="0"/>
          <w:color w:val="1C1917"/>
        </w:rPr>
        <w:t xml:space="preserve">Devis n° </w:t>
      </w:r>
      <w:r>
        <w:rPr>
          <w:b w:val="0"/>
          <w:i w:val="0"/>
          <w:color w:val="9A3412"/>
        </w:rPr>
        <w:t>[numéro]</w:t>
      </w:r>
      <w:r>
        <w:rPr>
          <w:b w:val="0"/>
          <w:i w:val="0"/>
          <w:color w:val="1C1917"/>
        </w:rPr>
        <w:t xml:space="preserve"> — Commandé le (*)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Nom du (des) consommateur(s)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Adresse du (des) consommateur(s)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Signature du (des) consommateur(s) (uniquement en cas de notification du présent formulaire sur papier) :</w:t>
      </w:r>
    </w:p>
    <w:p>
      <w:pPr>
        <w:spacing w:after="160" w:before="0"/>
      </w:pPr>
      <w:r>
        <w:rPr>
          <w:b w:val="0"/>
          <w:i w:val="0"/>
          <w:color w:val="1C1917"/>
        </w:rPr>
        <w:t>Date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(*) Rayez la mention inutile.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— Plomberie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